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468F9" w14:textId="77777777" w:rsidR="00DC2B72" w:rsidRPr="00DC2B72" w:rsidRDefault="00DC2B72" w:rsidP="00DC2B72">
      <w:pPr>
        <w:rPr>
          <w:b/>
          <w:bCs/>
          <w:sz w:val="24"/>
          <w:szCs w:val="24"/>
          <w:lang w:val="en-GB"/>
        </w:rPr>
      </w:pPr>
      <w:r w:rsidRPr="00DC2B72">
        <w:rPr>
          <w:b/>
          <w:bCs/>
          <w:sz w:val="24"/>
          <w:szCs w:val="24"/>
        </w:rPr>
        <w:t>HubSpot Administrator &amp; Revenue Operations Specialist</w:t>
      </w:r>
      <w:r w:rsidRPr="00DC2B72">
        <w:rPr>
          <w:b/>
          <w:bCs/>
          <w:sz w:val="24"/>
          <w:szCs w:val="24"/>
          <w:lang w:val="en-GB"/>
        </w:rPr>
        <w:t> </w:t>
      </w:r>
    </w:p>
    <w:p w14:paraId="577BDD77" w14:textId="77777777" w:rsidR="00DC2B72" w:rsidRPr="00DC2B72" w:rsidRDefault="00DC2B72" w:rsidP="00DC2B72">
      <w:pPr>
        <w:rPr>
          <w:b/>
          <w:bCs/>
          <w:lang w:val="en-GB"/>
        </w:rPr>
      </w:pPr>
      <w:r w:rsidRPr="00DC2B72">
        <w:rPr>
          <w:b/>
          <w:bCs/>
        </w:rPr>
        <w:t>Location</w:t>
      </w:r>
      <w:r w:rsidRPr="00DC2B72">
        <w:rPr>
          <w:b/>
          <w:bCs/>
          <w:lang w:val="en-GB"/>
        </w:rPr>
        <w:t> </w:t>
      </w:r>
    </w:p>
    <w:p w14:paraId="45EC033C" w14:textId="77777777" w:rsidR="00DC2B72" w:rsidRPr="00DC2B72" w:rsidRDefault="00DC2B72" w:rsidP="00DC2B72">
      <w:pPr>
        <w:rPr>
          <w:lang w:val="en-GB"/>
        </w:rPr>
      </w:pPr>
      <w:r w:rsidRPr="00DC2B72">
        <w:t>Remote (UK Time-Zone)</w:t>
      </w:r>
      <w:r w:rsidRPr="00DC2B72">
        <w:rPr>
          <w:lang w:val="en-GB"/>
        </w:rPr>
        <w:t> </w:t>
      </w:r>
    </w:p>
    <w:p w14:paraId="0A44E8F2" w14:textId="77777777" w:rsidR="00DC2B72" w:rsidRPr="00DC2B72" w:rsidRDefault="00DC2B72" w:rsidP="00DC2B72">
      <w:pPr>
        <w:rPr>
          <w:b/>
          <w:bCs/>
          <w:lang w:val="en-GB"/>
        </w:rPr>
      </w:pPr>
      <w:r w:rsidRPr="00DC2B72">
        <w:rPr>
          <w:b/>
          <w:bCs/>
        </w:rPr>
        <w:t>Reports To</w:t>
      </w:r>
      <w:r w:rsidRPr="00DC2B72">
        <w:rPr>
          <w:b/>
          <w:bCs/>
          <w:lang w:val="en-GB"/>
        </w:rPr>
        <w:t> </w:t>
      </w:r>
    </w:p>
    <w:p w14:paraId="10A93EB8" w14:textId="77777777" w:rsidR="00DC2B72" w:rsidRPr="00DC2B72" w:rsidRDefault="00DC2B72" w:rsidP="00DC2B72">
      <w:pPr>
        <w:rPr>
          <w:lang w:val="en-GB"/>
        </w:rPr>
      </w:pPr>
      <w:r w:rsidRPr="00DC2B72">
        <w:t>Revenue &amp; Growth Strategy Lead</w:t>
      </w:r>
      <w:r w:rsidRPr="00DC2B72">
        <w:rPr>
          <w:lang w:val="en-GB"/>
        </w:rPr>
        <w:t> </w:t>
      </w:r>
    </w:p>
    <w:p w14:paraId="47D7D22A" w14:textId="77777777" w:rsidR="00DC2B72" w:rsidRPr="00DC2B72" w:rsidRDefault="00DC2B72" w:rsidP="00DC2B72">
      <w:pPr>
        <w:rPr>
          <w:b/>
          <w:bCs/>
          <w:lang w:val="en-GB"/>
        </w:rPr>
      </w:pPr>
      <w:r w:rsidRPr="00DC2B72">
        <w:rPr>
          <w:b/>
          <w:bCs/>
        </w:rPr>
        <w:t>Overview</w:t>
      </w:r>
      <w:r w:rsidRPr="00DC2B72">
        <w:rPr>
          <w:b/>
          <w:bCs/>
          <w:lang w:val="en-GB"/>
        </w:rPr>
        <w:t> </w:t>
      </w:r>
    </w:p>
    <w:p w14:paraId="3DA66D60" w14:textId="77777777" w:rsidR="00DC2B72" w:rsidRPr="00DC2B72" w:rsidRDefault="00DC2B72" w:rsidP="00DC2B72">
      <w:pPr>
        <w:rPr>
          <w:lang w:val="en-GB"/>
        </w:rPr>
      </w:pPr>
      <w:r w:rsidRPr="00DC2B72">
        <w:t xml:space="preserve">We are seeking a HubSpot Administrator &amp; Revenue Operations Specialist to own the day-to-day administration, </w:t>
      </w:r>
      <w:proofErr w:type="spellStart"/>
      <w:r w:rsidRPr="00DC2B72">
        <w:t>optimisation</w:t>
      </w:r>
      <w:proofErr w:type="spellEnd"/>
      <w:r w:rsidRPr="00DC2B72">
        <w:t>, and maintenance of our HubSpot platform. This role will support marketing, sales, and Key Account Managers (KAMs) by ensuring CRM data quality, workflow automation, reporting accuracy, and operational efficiency.</w:t>
      </w:r>
      <w:r w:rsidRPr="00DC2B72">
        <w:rPr>
          <w:lang w:val="en-GB"/>
        </w:rPr>
        <w:t> </w:t>
      </w:r>
    </w:p>
    <w:p w14:paraId="34BEC6BB" w14:textId="77777777" w:rsidR="00DC2B72" w:rsidRPr="00DC2B72" w:rsidRDefault="00DC2B72" w:rsidP="00DC2B72">
      <w:pPr>
        <w:rPr>
          <w:b/>
          <w:bCs/>
          <w:lang w:val="en-GB"/>
        </w:rPr>
      </w:pPr>
      <w:r w:rsidRPr="00DC2B72">
        <w:rPr>
          <w:b/>
          <w:bCs/>
        </w:rPr>
        <w:t>Key Responsibilities</w:t>
      </w:r>
      <w:r w:rsidRPr="00DC2B72">
        <w:rPr>
          <w:b/>
          <w:bCs/>
          <w:lang w:val="en-GB"/>
        </w:rPr>
        <w:t> </w:t>
      </w:r>
    </w:p>
    <w:p w14:paraId="4976C909" w14:textId="77777777" w:rsidR="00DC2B72" w:rsidRDefault="00DC2B72" w:rsidP="00DC2B72">
      <w:r w:rsidRPr="00DC2B72">
        <w:t>HubSpot Administration</w:t>
      </w:r>
    </w:p>
    <w:p w14:paraId="290694A1" w14:textId="77777777" w:rsidR="00DC2B72" w:rsidRPr="00DC2B72" w:rsidRDefault="00DC2B72" w:rsidP="00DC2B72">
      <w:pPr>
        <w:pStyle w:val="ListParagraph"/>
        <w:numPr>
          <w:ilvl w:val="0"/>
          <w:numId w:val="12"/>
        </w:numPr>
      </w:pPr>
      <w:r w:rsidRPr="00DC2B72">
        <w:t>Manage users, permissions, teams, and account settings.</w:t>
      </w:r>
      <w:r w:rsidRPr="00DC2B72">
        <w:rPr>
          <w:lang w:val="en-GB"/>
        </w:rPr>
        <w:t> </w:t>
      </w:r>
    </w:p>
    <w:p w14:paraId="09AF8CF9" w14:textId="77777777" w:rsidR="00DC2B72" w:rsidRPr="00DC2B72" w:rsidRDefault="00DC2B72" w:rsidP="00DC2B72">
      <w:pPr>
        <w:pStyle w:val="ListParagraph"/>
        <w:numPr>
          <w:ilvl w:val="0"/>
          <w:numId w:val="12"/>
        </w:numPr>
      </w:pPr>
      <w:r w:rsidRPr="00DC2B72">
        <w:t>Maintain custom properties, objects, pipelines, and lifecycle stages.</w:t>
      </w:r>
      <w:r w:rsidRPr="00DC2B72">
        <w:rPr>
          <w:lang w:val="en-GB"/>
        </w:rPr>
        <w:t> </w:t>
      </w:r>
    </w:p>
    <w:p w14:paraId="274E25AC" w14:textId="77777777" w:rsidR="00DC2B72" w:rsidRPr="00DC2B72" w:rsidRDefault="00DC2B72" w:rsidP="00DC2B72">
      <w:pPr>
        <w:pStyle w:val="ListParagraph"/>
        <w:numPr>
          <w:ilvl w:val="0"/>
          <w:numId w:val="12"/>
        </w:numPr>
      </w:pPr>
      <w:r w:rsidRPr="00DC2B72">
        <w:t>Ensure CRM data quality through audits, deduplication, and cleansing.</w:t>
      </w:r>
      <w:r w:rsidRPr="00DC2B72">
        <w:rPr>
          <w:lang w:val="en-GB"/>
        </w:rPr>
        <w:t> </w:t>
      </w:r>
    </w:p>
    <w:p w14:paraId="58F5E413" w14:textId="77777777" w:rsidR="00DC2B72" w:rsidRDefault="00DC2B72" w:rsidP="00DC2B72">
      <w:pPr>
        <w:rPr>
          <w:lang w:val="en-GB"/>
        </w:rPr>
      </w:pPr>
      <w:r w:rsidRPr="00DC2B72">
        <w:t>Revenue Operations</w:t>
      </w:r>
      <w:r w:rsidRPr="00DC2B72">
        <w:rPr>
          <w:lang w:val="en-GB"/>
        </w:rPr>
        <w:t> </w:t>
      </w:r>
    </w:p>
    <w:p w14:paraId="624E99A2" w14:textId="77777777" w:rsidR="00DC2B72" w:rsidRPr="00DC2B72" w:rsidRDefault="00DC2B72" w:rsidP="00DC2B72">
      <w:pPr>
        <w:pStyle w:val="ListParagraph"/>
        <w:numPr>
          <w:ilvl w:val="0"/>
          <w:numId w:val="13"/>
        </w:numPr>
      </w:pPr>
      <w:r w:rsidRPr="00DC2B72">
        <w:t xml:space="preserve">Support sales pipeline management and process </w:t>
      </w:r>
      <w:proofErr w:type="spellStart"/>
      <w:r w:rsidRPr="00DC2B72">
        <w:t>optimisation</w:t>
      </w:r>
      <w:proofErr w:type="spellEnd"/>
      <w:r w:rsidRPr="00DC2B72">
        <w:t>.</w:t>
      </w:r>
      <w:r w:rsidRPr="00DC2B72">
        <w:rPr>
          <w:lang w:val="en-GB"/>
        </w:rPr>
        <w:t> </w:t>
      </w:r>
    </w:p>
    <w:p w14:paraId="5ED3935A" w14:textId="77777777" w:rsidR="00DC2B72" w:rsidRPr="00DC2B72" w:rsidRDefault="00DC2B72" w:rsidP="00DC2B72">
      <w:pPr>
        <w:pStyle w:val="ListParagraph"/>
        <w:numPr>
          <w:ilvl w:val="0"/>
          <w:numId w:val="13"/>
        </w:numPr>
      </w:pPr>
      <w:r w:rsidRPr="00DC2B72">
        <w:t>Maintain lifecycle and lead handoff processes.</w:t>
      </w:r>
      <w:r w:rsidRPr="00DC2B72">
        <w:rPr>
          <w:lang w:val="en-GB"/>
        </w:rPr>
        <w:t> </w:t>
      </w:r>
    </w:p>
    <w:p w14:paraId="15DAB905" w14:textId="1641367A" w:rsidR="00DC2B72" w:rsidRPr="00DC2B72" w:rsidRDefault="00DC2B72" w:rsidP="00DC2B72">
      <w:pPr>
        <w:pStyle w:val="ListParagraph"/>
        <w:numPr>
          <w:ilvl w:val="0"/>
          <w:numId w:val="13"/>
        </w:numPr>
      </w:pPr>
      <w:r w:rsidRPr="00DC2B72">
        <w:t>Work across marketing, sales, and KAM teams to improve revenue operations.</w:t>
      </w:r>
      <w:r w:rsidRPr="00DC2B72">
        <w:rPr>
          <w:lang w:val="en-GB"/>
        </w:rPr>
        <w:t> </w:t>
      </w:r>
    </w:p>
    <w:p w14:paraId="7CC716CC" w14:textId="77777777" w:rsidR="00DC2B72" w:rsidRDefault="00DC2B72" w:rsidP="00DC2B72">
      <w:pPr>
        <w:rPr>
          <w:lang w:val="en-GB"/>
        </w:rPr>
      </w:pPr>
      <w:r w:rsidRPr="00DC2B72">
        <w:t>Marketing Operations</w:t>
      </w:r>
      <w:r w:rsidRPr="00DC2B72">
        <w:rPr>
          <w:lang w:val="en-GB"/>
        </w:rPr>
        <w:t> </w:t>
      </w:r>
    </w:p>
    <w:p w14:paraId="246BCE80" w14:textId="77777777" w:rsidR="00DC2B72" w:rsidRDefault="00DC2B72" w:rsidP="00DC2B72">
      <w:pPr>
        <w:pStyle w:val="ListParagraph"/>
        <w:numPr>
          <w:ilvl w:val="0"/>
          <w:numId w:val="14"/>
        </w:numPr>
        <w:rPr>
          <w:lang w:val="en-GB"/>
        </w:rPr>
      </w:pPr>
      <w:r w:rsidRPr="00DC2B72">
        <w:t>Build and manage forms, landing pages, and workflows.</w:t>
      </w:r>
      <w:r w:rsidRPr="00DC2B72">
        <w:rPr>
          <w:lang w:val="en-GB"/>
        </w:rPr>
        <w:t> </w:t>
      </w:r>
    </w:p>
    <w:p w14:paraId="5567AFD6" w14:textId="77777777" w:rsidR="00DC2B72" w:rsidRDefault="00DC2B72" w:rsidP="00DC2B72">
      <w:pPr>
        <w:pStyle w:val="ListParagraph"/>
        <w:numPr>
          <w:ilvl w:val="0"/>
          <w:numId w:val="14"/>
        </w:numPr>
        <w:rPr>
          <w:lang w:val="en-GB"/>
        </w:rPr>
      </w:pPr>
      <w:r w:rsidRPr="00DC2B72">
        <w:t>Support lead scoring, segmentation, and lead routing.</w:t>
      </w:r>
      <w:r w:rsidRPr="00DC2B72">
        <w:rPr>
          <w:lang w:val="en-GB"/>
        </w:rPr>
        <w:t> </w:t>
      </w:r>
    </w:p>
    <w:p w14:paraId="29E8DAA6" w14:textId="77777777" w:rsidR="00DC2B72" w:rsidRDefault="00DC2B72" w:rsidP="00DC2B72">
      <w:pPr>
        <w:pStyle w:val="ListParagraph"/>
        <w:numPr>
          <w:ilvl w:val="0"/>
          <w:numId w:val="14"/>
        </w:numPr>
        <w:rPr>
          <w:lang w:val="en-GB"/>
        </w:rPr>
      </w:pPr>
      <w:r w:rsidRPr="00DC2B72">
        <w:t>Ensure campaign attribution and reporting accuracy.</w:t>
      </w:r>
      <w:r w:rsidRPr="00DC2B72">
        <w:rPr>
          <w:lang w:val="en-GB"/>
        </w:rPr>
        <w:t> </w:t>
      </w:r>
    </w:p>
    <w:p w14:paraId="34E6EE22" w14:textId="77777777" w:rsidR="00DC2B72" w:rsidRDefault="00DC2B72" w:rsidP="00DC2B72">
      <w:pPr>
        <w:rPr>
          <w:lang w:val="en-GB"/>
        </w:rPr>
      </w:pPr>
      <w:r w:rsidRPr="00DC2B72">
        <w:t>Reporting &amp; Analytics</w:t>
      </w:r>
      <w:r w:rsidRPr="00DC2B72">
        <w:rPr>
          <w:lang w:val="en-GB"/>
        </w:rPr>
        <w:t> </w:t>
      </w:r>
    </w:p>
    <w:p w14:paraId="28B7B225" w14:textId="77777777" w:rsidR="00DC2B72" w:rsidRDefault="00DC2B72" w:rsidP="00DC2B72">
      <w:pPr>
        <w:pStyle w:val="ListParagraph"/>
        <w:numPr>
          <w:ilvl w:val="0"/>
          <w:numId w:val="15"/>
        </w:numPr>
        <w:rPr>
          <w:lang w:val="en-GB"/>
        </w:rPr>
      </w:pPr>
      <w:r w:rsidRPr="00DC2B72">
        <w:t>Build and maintain HubSpot dashboards and reports.</w:t>
      </w:r>
      <w:r w:rsidRPr="00DC2B72">
        <w:rPr>
          <w:lang w:val="en-GB"/>
        </w:rPr>
        <w:t> </w:t>
      </w:r>
    </w:p>
    <w:p w14:paraId="13994618" w14:textId="77777777" w:rsidR="00DC2B72" w:rsidRDefault="00DC2B72" w:rsidP="00DC2B72">
      <w:pPr>
        <w:pStyle w:val="ListParagraph"/>
        <w:numPr>
          <w:ilvl w:val="0"/>
          <w:numId w:val="15"/>
        </w:numPr>
        <w:rPr>
          <w:lang w:val="en-GB"/>
        </w:rPr>
      </w:pPr>
      <w:r w:rsidRPr="00DC2B72">
        <w:t>Monitor marketing, sales, and revenue KPIs.</w:t>
      </w:r>
      <w:r w:rsidRPr="00DC2B72">
        <w:rPr>
          <w:lang w:val="en-GB"/>
        </w:rPr>
        <w:t> </w:t>
      </w:r>
    </w:p>
    <w:p w14:paraId="0D942024" w14:textId="77777777" w:rsidR="00DC2B72" w:rsidRDefault="00DC2B72" w:rsidP="00DC2B72">
      <w:pPr>
        <w:pStyle w:val="ListParagraph"/>
        <w:numPr>
          <w:ilvl w:val="0"/>
          <w:numId w:val="15"/>
        </w:numPr>
        <w:rPr>
          <w:lang w:val="en-GB"/>
        </w:rPr>
      </w:pPr>
      <w:r w:rsidRPr="00DC2B72">
        <w:t>Deliver actionable insights to stakeholders.</w:t>
      </w:r>
      <w:r w:rsidRPr="00DC2B72">
        <w:rPr>
          <w:lang w:val="en-GB"/>
        </w:rPr>
        <w:t> </w:t>
      </w:r>
    </w:p>
    <w:p w14:paraId="5E59EF69" w14:textId="77777777" w:rsidR="00DC2B72" w:rsidRDefault="00DC2B72" w:rsidP="00DC2B72">
      <w:pPr>
        <w:rPr>
          <w:lang w:val="en-GB"/>
        </w:rPr>
      </w:pPr>
      <w:r w:rsidRPr="00DC2B72">
        <w:lastRenderedPageBreak/>
        <w:t>Systems &amp; Integrations</w:t>
      </w:r>
      <w:r w:rsidRPr="00DC2B72">
        <w:rPr>
          <w:lang w:val="en-GB"/>
        </w:rPr>
        <w:t> </w:t>
      </w:r>
    </w:p>
    <w:p w14:paraId="710A671C" w14:textId="77777777" w:rsidR="00DC2B72" w:rsidRDefault="00DC2B72" w:rsidP="00DC2B72">
      <w:pPr>
        <w:pStyle w:val="ListParagraph"/>
        <w:numPr>
          <w:ilvl w:val="0"/>
          <w:numId w:val="16"/>
        </w:numPr>
        <w:rPr>
          <w:lang w:val="en-GB"/>
        </w:rPr>
      </w:pPr>
      <w:r w:rsidRPr="00DC2B72">
        <w:t xml:space="preserve">Support </w:t>
      </w:r>
      <w:proofErr w:type="gramStart"/>
      <w:r w:rsidRPr="00DC2B72">
        <w:t>integrations</w:t>
      </w:r>
      <w:proofErr w:type="gramEnd"/>
      <w:r w:rsidRPr="00DC2B72">
        <w:t xml:space="preserve"> between HubSpot and other business systems.</w:t>
      </w:r>
      <w:r w:rsidRPr="00DC2B72">
        <w:rPr>
          <w:lang w:val="en-GB"/>
        </w:rPr>
        <w:t> </w:t>
      </w:r>
    </w:p>
    <w:p w14:paraId="39F1B31C" w14:textId="77777777" w:rsidR="00DC2B72" w:rsidRDefault="00DC2B72" w:rsidP="00DC2B72">
      <w:pPr>
        <w:pStyle w:val="ListParagraph"/>
        <w:numPr>
          <w:ilvl w:val="0"/>
          <w:numId w:val="16"/>
        </w:numPr>
        <w:rPr>
          <w:lang w:val="en-GB"/>
        </w:rPr>
      </w:pPr>
      <w:r w:rsidRPr="00DC2B72">
        <w:t>Assist with automation projects and troubleshooting.</w:t>
      </w:r>
      <w:r w:rsidRPr="00DC2B72">
        <w:rPr>
          <w:lang w:val="en-GB"/>
        </w:rPr>
        <w:t> </w:t>
      </w:r>
    </w:p>
    <w:p w14:paraId="02F8BA6E" w14:textId="51E0D900" w:rsidR="00DC2B72" w:rsidRPr="00DC2B72" w:rsidRDefault="00DC2B72" w:rsidP="00DC2B72">
      <w:pPr>
        <w:pStyle w:val="ListParagraph"/>
        <w:numPr>
          <w:ilvl w:val="0"/>
          <w:numId w:val="16"/>
        </w:numPr>
        <w:rPr>
          <w:lang w:val="en-GB"/>
        </w:rPr>
      </w:pPr>
      <w:r w:rsidRPr="00DC2B72">
        <w:t>Document processes and best practices.</w:t>
      </w:r>
      <w:r w:rsidRPr="00DC2B72">
        <w:rPr>
          <w:lang w:val="en-GB"/>
        </w:rPr>
        <w:t> </w:t>
      </w:r>
    </w:p>
    <w:p w14:paraId="1B14B7A0" w14:textId="77777777" w:rsidR="00DC2B72" w:rsidRPr="00DC2B72" w:rsidRDefault="00DC2B72" w:rsidP="00DC2B72">
      <w:pPr>
        <w:rPr>
          <w:b/>
          <w:bCs/>
          <w:lang w:val="en-GB"/>
        </w:rPr>
      </w:pPr>
      <w:r w:rsidRPr="00DC2B72">
        <w:rPr>
          <w:b/>
          <w:bCs/>
        </w:rPr>
        <w:t>Essential Requirements</w:t>
      </w:r>
      <w:r w:rsidRPr="00DC2B72">
        <w:rPr>
          <w:b/>
          <w:bCs/>
          <w:lang w:val="en-GB"/>
        </w:rPr>
        <w:t> </w:t>
      </w:r>
    </w:p>
    <w:p w14:paraId="4C8964A8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1–3 years' experience administering or supporting HubSpot.</w:t>
      </w:r>
      <w:r w:rsidRPr="00DC2B72">
        <w:rPr>
          <w:lang w:val="en-GB"/>
        </w:rPr>
        <w:t> </w:t>
      </w:r>
    </w:p>
    <w:p w14:paraId="6DF04F71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Experience with CRM data management and reporting.</w:t>
      </w:r>
      <w:r w:rsidRPr="00DC2B72">
        <w:rPr>
          <w:lang w:val="en-GB"/>
        </w:rPr>
        <w:t> </w:t>
      </w:r>
    </w:p>
    <w:p w14:paraId="04330B9F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Understanding of marketing automation and sales processes.</w:t>
      </w:r>
      <w:r w:rsidRPr="00DC2B72">
        <w:rPr>
          <w:lang w:val="en-GB"/>
        </w:rPr>
        <w:t> </w:t>
      </w:r>
    </w:p>
    <w:p w14:paraId="13763CE7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Strong analytical and problem-solving skills.</w:t>
      </w:r>
      <w:r w:rsidRPr="00DC2B72">
        <w:rPr>
          <w:lang w:val="en-GB"/>
        </w:rPr>
        <w:t> </w:t>
      </w:r>
    </w:p>
    <w:p w14:paraId="45CC6C09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Advanced Excel or Google Sheets skills.</w:t>
      </w:r>
      <w:r w:rsidRPr="00DC2B72">
        <w:rPr>
          <w:lang w:val="en-GB"/>
        </w:rPr>
        <w:t> </w:t>
      </w:r>
    </w:p>
    <w:p w14:paraId="04D5284F" w14:textId="52D4B910" w:rsidR="00DC2B72" w:rsidRP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 xml:space="preserve">Excellent attention to detail and </w:t>
      </w:r>
      <w:proofErr w:type="spellStart"/>
      <w:r w:rsidRPr="00DC2B72">
        <w:t>organisational</w:t>
      </w:r>
      <w:proofErr w:type="spellEnd"/>
      <w:r w:rsidRPr="00DC2B72">
        <w:t xml:space="preserve"> skills.</w:t>
      </w:r>
      <w:r w:rsidRPr="00DC2B72">
        <w:rPr>
          <w:lang w:val="en-GB"/>
        </w:rPr>
        <w:t> </w:t>
      </w:r>
    </w:p>
    <w:p w14:paraId="00780524" w14:textId="77777777" w:rsidR="00DC2B72" w:rsidRPr="00DC2B72" w:rsidRDefault="00DC2B72" w:rsidP="00DC2B72">
      <w:pPr>
        <w:rPr>
          <w:b/>
          <w:bCs/>
          <w:lang w:val="en-GB"/>
        </w:rPr>
      </w:pPr>
      <w:r w:rsidRPr="00DC2B72">
        <w:rPr>
          <w:b/>
          <w:bCs/>
        </w:rPr>
        <w:t>Preferred Requirements</w:t>
      </w:r>
      <w:r w:rsidRPr="00DC2B72">
        <w:rPr>
          <w:b/>
          <w:bCs/>
          <w:lang w:val="en-GB"/>
        </w:rPr>
        <w:t> </w:t>
      </w:r>
    </w:p>
    <w:p w14:paraId="562780BD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HubSpot Marketing Hub and Sales Hub experience.</w:t>
      </w:r>
      <w:r w:rsidRPr="00DC2B72">
        <w:rPr>
          <w:lang w:val="en-GB"/>
        </w:rPr>
        <w:t> </w:t>
      </w:r>
    </w:p>
    <w:p w14:paraId="226FBF5F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HubSpot certifications (Marketing Software, Sales Software, Revenue Operations, CRM Administration).</w:t>
      </w:r>
      <w:r w:rsidRPr="00DC2B72">
        <w:rPr>
          <w:lang w:val="en-GB"/>
        </w:rPr>
        <w:t> </w:t>
      </w:r>
    </w:p>
    <w:p w14:paraId="33C465A4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Experience with integrations, APIs, Zapier, or similar automation platforms.</w:t>
      </w:r>
      <w:r w:rsidRPr="00DC2B72">
        <w:rPr>
          <w:lang w:val="en-GB"/>
        </w:rPr>
        <w:t> </w:t>
      </w:r>
    </w:p>
    <w:p w14:paraId="1769F086" w14:textId="14DE6B3B" w:rsidR="00DC2B72" w:rsidRP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Familiarity with SaaS revenue metrics and funnel reporting.</w:t>
      </w:r>
      <w:r w:rsidRPr="00DC2B72">
        <w:rPr>
          <w:lang w:val="en-GB"/>
        </w:rPr>
        <w:t> </w:t>
      </w:r>
    </w:p>
    <w:p w14:paraId="563D123B" w14:textId="77777777" w:rsidR="00DC2B72" w:rsidRPr="00DC2B72" w:rsidRDefault="00DC2B72" w:rsidP="00DC2B72">
      <w:pPr>
        <w:rPr>
          <w:b/>
          <w:bCs/>
          <w:lang w:val="en-GB"/>
        </w:rPr>
      </w:pPr>
      <w:r w:rsidRPr="00DC2B72">
        <w:rPr>
          <w:b/>
          <w:bCs/>
        </w:rPr>
        <w:t>Success Measures</w:t>
      </w:r>
      <w:r w:rsidRPr="00DC2B72">
        <w:rPr>
          <w:b/>
          <w:bCs/>
          <w:lang w:val="en-GB"/>
        </w:rPr>
        <w:t> </w:t>
      </w:r>
    </w:p>
    <w:p w14:paraId="10772A6A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High CRM data accuracy and adoption.</w:t>
      </w:r>
      <w:r w:rsidRPr="00DC2B72">
        <w:rPr>
          <w:lang w:val="en-GB"/>
        </w:rPr>
        <w:t> </w:t>
      </w:r>
    </w:p>
    <w:p w14:paraId="431D3551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 xml:space="preserve">Reliable lead </w:t>
      </w:r>
      <w:proofErr w:type="gramStart"/>
      <w:r w:rsidRPr="00DC2B72">
        <w:t>routing</w:t>
      </w:r>
      <w:proofErr w:type="gramEnd"/>
      <w:r w:rsidRPr="00DC2B72">
        <w:t xml:space="preserve"> and lifecycle management.</w:t>
      </w:r>
      <w:r w:rsidRPr="00DC2B72">
        <w:rPr>
          <w:lang w:val="en-GB"/>
        </w:rPr>
        <w:t> </w:t>
      </w:r>
    </w:p>
    <w:p w14:paraId="1FEB436C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Improved reporting and dashboard visibility.</w:t>
      </w:r>
      <w:r w:rsidRPr="00DC2B72">
        <w:rPr>
          <w:lang w:val="en-GB"/>
        </w:rPr>
        <w:t> </w:t>
      </w:r>
    </w:p>
    <w:p w14:paraId="13EB0149" w14:textId="77777777" w:rsid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Increased automation and operational efficiency.</w:t>
      </w:r>
      <w:r w:rsidRPr="00DC2B72">
        <w:rPr>
          <w:lang w:val="en-GB"/>
        </w:rPr>
        <w:t> </w:t>
      </w:r>
    </w:p>
    <w:p w14:paraId="7FF146B2" w14:textId="6EE64B7E" w:rsidR="00DC2B72" w:rsidRPr="00DC2B72" w:rsidRDefault="00DC2B72" w:rsidP="00DC2B72">
      <w:pPr>
        <w:pStyle w:val="ListParagraph"/>
        <w:numPr>
          <w:ilvl w:val="0"/>
          <w:numId w:val="18"/>
        </w:numPr>
        <w:rPr>
          <w:lang w:val="en-GB"/>
        </w:rPr>
      </w:pPr>
      <w:r w:rsidRPr="00DC2B72">
        <w:t>Strong alignment between marketing, sales, and KAM teams.</w:t>
      </w:r>
      <w:r w:rsidRPr="00DC2B72">
        <w:rPr>
          <w:lang w:val="en-GB"/>
        </w:rPr>
        <w:t> </w:t>
      </w:r>
    </w:p>
    <w:p w14:paraId="672A6659" w14:textId="0CEE47C8" w:rsidR="008D2A90" w:rsidRPr="00DC2B72" w:rsidRDefault="008D2A90" w:rsidP="00DC2B72"/>
    <w:sectPr w:rsidR="008D2A90" w:rsidRPr="00DC2B72" w:rsidSect="00034616">
      <w:headerReference w:type="default" r:id="rId11"/>
      <w:pgSz w:w="11906" w:h="16838"/>
      <w:pgMar w:top="2835" w:right="1247" w:bottom="2551" w:left="124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3D34" w14:textId="77777777" w:rsidR="00E568BC" w:rsidRDefault="00E568BC">
      <w:pPr>
        <w:spacing w:after="0" w:line="240" w:lineRule="auto"/>
      </w:pPr>
      <w:r>
        <w:separator/>
      </w:r>
    </w:p>
  </w:endnote>
  <w:endnote w:type="continuationSeparator" w:id="0">
    <w:p w14:paraId="61E4C075" w14:textId="77777777" w:rsidR="00E568BC" w:rsidRDefault="00E56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FC4DA" w14:textId="77777777" w:rsidR="00E568BC" w:rsidRDefault="00E568BC">
      <w:pPr>
        <w:spacing w:after="0" w:line="240" w:lineRule="auto"/>
      </w:pPr>
      <w:r>
        <w:separator/>
      </w:r>
    </w:p>
  </w:footnote>
  <w:footnote w:type="continuationSeparator" w:id="0">
    <w:p w14:paraId="1C82F968" w14:textId="77777777" w:rsidR="00E568BC" w:rsidRDefault="00E56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3BA8" w14:textId="77777777" w:rsidR="008D2A90" w:rsidRDefault="002A5201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4DEB9F52" wp14:editId="077777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vetec Services Ltd 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2947C7"/>
    <w:multiLevelType w:val="hybridMultilevel"/>
    <w:tmpl w:val="DB12E822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D5792"/>
    <w:multiLevelType w:val="hybridMultilevel"/>
    <w:tmpl w:val="7E6ED8FA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55845"/>
    <w:multiLevelType w:val="hybridMultilevel"/>
    <w:tmpl w:val="39C83662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41EB8"/>
    <w:multiLevelType w:val="hybridMultilevel"/>
    <w:tmpl w:val="857E9270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E615F"/>
    <w:multiLevelType w:val="hybridMultilevel"/>
    <w:tmpl w:val="A45041A6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D2020"/>
    <w:multiLevelType w:val="hybridMultilevel"/>
    <w:tmpl w:val="380EC244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E646B"/>
    <w:multiLevelType w:val="hybridMultilevel"/>
    <w:tmpl w:val="57CCB734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5619C"/>
    <w:multiLevelType w:val="hybridMultilevel"/>
    <w:tmpl w:val="CB6EC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57985"/>
    <w:multiLevelType w:val="hybridMultilevel"/>
    <w:tmpl w:val="BFAA4C58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9693C"/>
    <w:multiLevelType w:val="hybridMultilevel"/>
    <w:tmpl w:val="C6D458CA"/>
    <w:lvl w:ilvl="0" w:tplc="B0485A82">
      <w:numFmt w:val="bullet"/>
      <w:lvlText w:val="•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A75"/>
    <w:multiLevelType w:val="hybridMultilevel"/>
    <w:tmpl w:val="77BAB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804113">
    <w:abstractNumId w:val="8"/>
  </w:num>
  <w:num w:numId="2" w16cid:durableId="1973485640">
    <w:abstractNumId w:val="6"/>
  </w:num>
  <w:num w:numId="3" w16cid:durableId="400641942">
    <w:abstractNumId w:val="5"/>
  </w:num>
  <w:num w:numId="4" w16cid:durableId="98374427">
    <w:abstractNumId w:val="4"/>
  </w:num>
  <w:num w:numId="5" w16cid:durableId="927421120">
    <w:abstractNumId w:val="7"/>
  </w:num>
  <w:num w:numId="6" w16cid:durableId="2118022217">
    <w:abstractNumId w:val="3"/>
  </w:num>
  <w:num w:numId="7" w16cid:durableId="81074172">
    <w:abstractNumId w:val="2"/>
  </w:num>
  <w:num w:numId="8" w16cid:durableId="2016613600">
    <w:abstractNumId w:val="1"/>
  </w:num>
  <w:num w:numId="9" w16cid:durableId="1270966320">
    <w:abstractNumId w:val="0"/>
  </w:num>
  <w:num w:numId="10" w16cid:durableId="1892957460">
    <w:abstractNumId w:val="16"/>
  </w:num>
  <w:num w:numId="11" w16cid:durableId="1247805826">
    <w:abstractNumId w:val="19"/>
  </w:num>
  <w:num w:numId="12" w16cid:durableId="1221790545">
    <w:abstractNumId w:val="17"/>
  </w:num>
  <w:num w:numId="13" w16cid:durableId="443842331">
    <w:abstractNumId w:val="18"/>
  </w:num>
  <w:num w:numId="14" w16cid:durableId="1801341146">
    <w:abstractNumId w:val="9"/>
  </w:num>
  <w:num w:numId="15" w16cid:durableId="1488862788">
    <w:abstractNumId w:val="15"/>
  </w:num>
  <w:num w:numId="16" w16cid:durableId="643579637">
    <w:abstractNumId w:val="10"/>
  </w:num>
  <w:num w:numId="17" w16cid:durableId="1471437704">
    <w:abstractNumId w:val="13"/>
  </w:num>
  <w:num w:numId="18" w16cid:durableId="760105973">
    <w:abstractNumId w:val="11"/>
  </w:num>
  <w:num w:numId="19" w16cid:durableId="132715836">
    <w:abstractNumId w:val="14"/>
  </w:num>
  <w:num w:numId="20" w16cid:durableId="13159087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5201"/>
    <w:rsid w:val="00326F90"/>
    <w:rsid w:val="0059309E"/>
    <w:rsid w:val="008D2A90"/>
    <w:rsid w:val="00AA1D8D"/>
    <w:rsid w:val="00AF4333"/>
    <w:rsid w:val="00B237D2"/>
    <w:rsid w:val="00B47730"/>
    <w:rsid w:val="00CB0664"/>
    <w:rsid w:val="00DC2B72"/>
    <w:rsid w:val="00E568BC"/>
    <w:rsid w:val="00FC693F"/>
    <w:rsid w:val="0D22B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84A3AD0-A98F-46B2-B2FA-90324318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687698-3759-4ad0-bbcb-3af49466cb71">
      <Terms xmlns="http://schemas.microsoft.com/office/infopath/2007/PartnerControls"/>
    </lcf76f155ced4ddcb4097134ff3c332f>
    <Notes xmlns="ff687698-3759-4ad0-bbcb-3af49466cb71">Permission via AHDB</Notes>
    <TaxCatchAll xmlns="2b3d0573-52f4-4537-9161-7f98ad9f79c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EFB9B50EEF74DAC0CA2DEEA507EE3" ma:contentTypeVersion="20" ma:contentTypeDescription="Create a new document." ma:contentTypeScope="" ma:versionID="031eaa75f120ae17db46bf922424487e">
  <xsd:schema xmlns:xsd="http://www.w3.org/2001/XMLSchema" xmlns:xs="http://www.w3.org/2001/XMLSchema" xmlns:p="http://schemas.microsoft.com/office/2006/metadata/properties" xmlns:ns2="ff687698-3759-4ad0-bbcb-3af49466cb71" xmlns:ns3="2b3d0573-52f4-4537-9161-7f98ad9f79c5" targetNamespace="http://schemas.microsoft.com/office/2006/metadata/properties" ma:root="true" ma:fieldsID="c58801ee41337fa9d893173ea6ff114d" ns2:_="" ns3:_="">
    <xsd:import namespace="ff687698-3759-4ad0-bbcb-3af49466cb71"/>
    <xsd:import namespace="2b3d0573-52f4-4537-9161-7f98ad9f79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87698-3759-4ad0-bbcb-3af49466c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2244444-fd66-47cc-8aa8-3fa8fc1293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5" nillable="true" ma:displayName="Notes" ma:default="Permission via AHDB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d0573-52f4-4537-9161-7f98ad9f79c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3dd9b4-b009-4201-8b11-81bf544f9cab}" ma:internalName="TaxCatchAll" ma:showField="CatchAllData" ma:web="2b3d0573-52f4-4537-9161-7f98ad9f79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09B21-2AAE-47D5-9867-9B1FA2D298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D704D1-4006-4B0E-B16F-07F917B4B2CD}">
  <ds:schemaRefs>
    <ds:schemaRef ds:uri="http://schemas.microsoft.com/office/2006/metadata/properties"/>
    <ds:schemaRef ds:uri="http://schemas.microsoft.com/office/infopath/2007/PartnerControls"/>
    <ds:schemaRef ds:uri="ff687698-3759-4ad0-bbcb-3af49466cb71"/>
    <ds:schemaRef ds:uri="2b3d0573-52f4-4537-9161-7f98ad9f79c5"/>
  </ds:schemaRefs>
</ds:datastoreItem>
</file>

<file path=customXml/itemProps4.xml><?xml version="1.0" encoding="utf-8"?>
<ds:datastoreItem xmlns:ds="http://schemas.openxmlformats.org/officeDocument/2006/customXml" ds:itemID="{74A29022-9283-4BC3-A1CC-07A2AB6DC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87698-3759-4ad0-bbcb-3af49466cb71"/>
    <ds:schemaRef ds:uri="2b3d0573-52f4-4537-9161-7f98ad9f7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2025</Characters>
  <Application>Microsoft Office Word</Application>
  <DocSecurity>0</DocSecurity>
  <Lines>16</Lines>
  <Paragraphs>4</Paragraphs>
  <ScaleCrop>false</ScaleCrop>
  <Manager/>
  <Company/>
  <LinksUpToDate>false</LinksUpToDate>
  <CharactersWithSpaces>2376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 Griffett</cp:lastModifiedBy>
  <cp:revision>2</cp:revision>
  <dcterms:created xsi:type="dcterms:W3CDTF">2026-07-20T10:49:00Z</dcterms:created>
  <dcterms:modified xsi:type="dcterms:W3CDTF">2026-07-20T10:49:00Z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0x010100734EFB9B50EEF74DAC0CA2DEEA507EE3</vt:lpwstr>
  </property>
  <property fmtid="{D5CDD505-2E9C-101B-9397-08002B2CF9AE}" pid="3" name="MSIP_Label_5481e14b-8b62-4115-9161-d8727507d7c2_Enabled">
    <vt:lpwstr>true</vt:lpwstr>
  </property>
  <property fmtid="{D5CDD505-2E9C-101B-9397-08002B2CF9AE}" pid="4" name="MSIP_Label_5481e14b-8b62-4115-9161-d8727507d7c2_SetDate">
    <vt:lpwstr>2026-06-05T15:33:48Z</vt:lpwstr>
  </property>
  <property fmtid="{D5CDD505-2E9C-101B-9397-08002B2CF9AE}" pid="5" name="MSIP_Label_5481e14b-8b62-4115-9161-d8727507d7c2_Method">
    <vt:lpwstr>Privileged</vt:lpwstr>
  </property>
  <property fmtid="{D5CDD505-2E9C-101B-9397-08002B2CF9AE}" pid="6" name="MSIP_Label_5481e14b-8b62-4115-9161-d8727507d7c2_Name">
    <vt:lpwstr>Public</vt:lpwstr>
  </property>
  <property fmtid="{D5CDD505-2E9C-101B-9397-08002B2CF9AE}" pid="7" name="MSIP_Label_5481e14b-8b62-4115-9161-d8727507d7c2_SiteId">
    <vt:lpwstr>157ae738-47b8-4de2-8920-281a1c155870</vt:lpwstr>
  </property>
  <property fmtid="{D5CDD505-2E9C-101B-9397-08002B2CF9AE}" pid="8" name="MSIP_Label_5481e14b-8b62-4115-9161-d8727507d7c2_ActionId">
    <vt:lpwstr>3716a92a-1b97-454d-af39-bf06ab7aa5cb</vt:lpwstr>
  </property>
  <property fmtid="{D5CDD505-2E9C-101B-9397-08002B2CF9AE}" pid="9" name="MSIP_Label_5481e14b-8b62-4115-9161-d8727507d7c2_ContentBits">
    <vt:lpwstr>0</vt:lpwstr>
  </property>
  <property fmtid="{D5CDD505-2E9C-101B-9397-08002B2CF9AE}" pid="10" name="MSIP_Label_5481e14b-8b62-4115-9161-d8727507d7c2_Tag">
    <vt:lpwstr>10, 0, 1, 2</vt:lpwstr>
  </property>
  <property fmtid="{D5CDD505-2E9C-101B-9397-08002B2CF9AE}" pid="11" name="MediaServiceImageTags">
    <vt:lpwstr/>
  </property>
</Properties>
</file>